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שהוא מתאר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של שם תואר בזכר/נקבה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וזיהוי של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הראשונה במילה מנוקדת בשווא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הכלל של 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מצאו את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(חמוץ)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'ציד השווא'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אותיות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התשובה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גדול. הכלבה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שם תואר כמילה 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מילה עם שווא בתחילת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תואר בזכר/נקבה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גרסה של 'מי לא שייך' עם הכרטיסים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שם עצם לשם תואר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השווא אפשר להקריא את המילים בקול כדי לחזק את השמיעה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שמות תואר ואת ההתאמה שלהם לשם העצם שהם מתארים, וגם קריאה של מילים עם שווא – בדיוק כמו במשחקים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גדולה  ·  חומים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לא שייכת לקבוצה: גדול, קטן, ירוק,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לא שייכת: ילד, ילדה, גדולה,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'כפר' יש שווא מתחת לאות כ'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תואר חייב להתאים במין (זכר או נקבה) לשם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הכלבים __________ (חום)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מצאו את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חמוץ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משחק 'ציד השווא'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התשובה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מזהים אותיות עם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שם תואר בזכר יחיד, ומשפט נוסף עם אותו תואר בנקבה יחיד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עם שווא בתחילתה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