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שלא מתאים לשם העצם שהוא מתאר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של שם תואר בזכר/נקבה ויחיד/רבים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וזיהוי של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הראשונה במילה מנוקדת בשווא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הכלל של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מילים שלא משתנות בין זכר לנקבה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ילד הוא שם עצם, לא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בזכר רבים הסיומת היא 'ים'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מצאו את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(חמוץ)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(כחול)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משחק 'ציד השווא'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המשפט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מזהים אותיות עם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מקישים על כל מילה שיש בה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התשובה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הכלב גדול. הכלבה גדולה.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 של שם תואר כמילה מתארת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מילה עם שווא בתחילת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תואר בזכר/נקבה תואם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גרסה של 'מי לא שייך' עם הכרטיסים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ההבדל בין שם עצם לשם תואר לפני תרגול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השווא אפשר להקריא את המילים בקול כדי לחזק את השמיעה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שמות תואר ואת ההתאמה שלהם לשם העצם שהם מתארים, וגם קריאה של מילים עם שווא – בדיוק כמו במשחקים באתר.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לא שייכת לקבוצה: גדול, קטן, ירוק,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לא שייכת: ילד, ילדה, גדולה,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לא שייכת: חכם, חכמה, חכמים,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'הכלבה ___' – איזו מילה לא מתאימה: קטן, יפה, חומה, רעה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'הילדים ___' – איזה תואר לא מתאים: גדולים, יפים, חכמה, חומים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מילה אין שווא בתחילת המילה: שולחן, ספר, בגד,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'כפר' יש שווא מתחת לאות כ'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במין (זכר או נקבה)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'יפה' יכולה לתאר גם זכר וגם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'ילד'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ברבים, שם תואר בזכר מסתיים בדרך כלל ב-'ות'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__________ (גדול)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הכלבים __________ (חום)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השולחן __________ (ירוק)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המורות __________ (חכם)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התפוחים __________ (אדום)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מצאו את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חמוץ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משחק 'ציד השווא'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אותיות עם שווא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מקישים על כל מילה שיש בה שווא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התשובה נכונה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המשפט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שם תואר בזכר יחיד, ומשפט נוסף עם אותו תואר בנקבה יחיד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עם שווא בתחילתה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תואר אחד בזכר ואותו תואר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